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주말 사진 산책 발표 대본</w:t>
      </w:r>
    </w:p>
    <w:p>
      <w:pPr>
        <w:pStyle w:val="Subtitle"/>
      </w:pPr>
      <w:r>
        <w:t>빛결사진모임</w:t>
      </w:r>
    </w:p>
    <w:p>
      <w:pPr>
        <w:spacing w:after="40"/>
      </w:pPr>
      <w:r>
        <w:rPr>
          <w:color w:val="555555"/>
          <w:sz w:val="19"/>
        </w:rPr>
        <w:t>6장 발표용, 예상 발표 시간 약 4~5분</w:t>
        <w:br/>
        <w:t>연습용 가상 행사 검토안이며 실제 진행한 행사가 아닙니다.</w:t>
      </w:r>
    </w:p>
    <w:p>
      <w:pPr>
        <w:pStyle w:val="Heading1"/>
      </w:pPr>
      <w:r>
        <w:t>1장 주말 사진 산책 기획안</w:t>
      </w:r>
    </w:p>
    <w:p>
      <w:pPr>
        <w:keepLines/>
      </w:pPr>
      <w:r>
        <w:t>안녕하세요. 빛결사진모임의 ‘주말 사진 산책’ 기획안을 말씀드리겠습니다. 이 자료는 연습용 가상 행사를 검토하기 위해 만든 것으로, 실제 진행 결과를 담은 자료는 아닙니다.</w:t>
      </w:r>
    </w:p>
    <w:p>
      <w:pPr>
        <w:keepLines/>
      </w:pPr>
      <w:r>
        <w:t>처음 사진 산책에 참여하는 성인 16명을 대상으로, 토요일 저녁 90분 동안 진행하는 행사를 생각하고 있습니다. 현재 메모에는 시간표안과 일부 비용이 적혀 있고, 정확한 날짜와 장소를 비롯한 운영 조건은 더 확인해야 합니다. 오늘은 행사 구상, 시간표, 예산, 안내 준비 상태를 살펴본 뒤 운영자가 결정해야 할 항목을 정리하겠습니다.</w:t>
      </w:r>
    </w:p>
    <w:p>
      <w:pPr>
        <w:keepLines/>
        <w:spacing w:before="40" w:after="160" w:line="300" w:lineRule="auto"/>
      </w:pPr>
      <w:r>
        <w:rPr>
          <w:b/>
          <w:color w:val="5A5A5A"/>
          <w:sz w:val="18"/>
        </w:rPr>
        <w:t xml:space="preserve">발표자 메모  </w:t>
      </w:r>
      <w:r>
        <w:rPr>
          <w:color w:val="5A5A5A"/>
          <w:sz w:val="18"/>
        </w:rPr>
        <w:t>도입에서 연습용 가상 행사임을 짚습니다. 16명은 참여 대상 규모입니다.</w:t>
      </w:r>
    </w:p>
    <w:p>
      <w:pPr>
        <w:pStyle w:val="Heading1"/>
      </w:pPr>
      <w:r>
        <w:t>2장 참여 대상과 운영 구상</w:t>
      </w:r>
    </w:p>
    <w:p>
      <w:pPr>
        <w:keepLines/>
      </w:pPr>
      <w:r>
        <w:t>먼저 대상과 운영 구상입니다. 참여 대상으로 생각한 인원은 성인 16명입니다. 이 숫자는 모집하려는 규모이며, 신청을 마친 인원을 뜻하지는 않습니다. 대상의 특징은 사진 산책에 처음 참여한다는 점입니다.</w:t>
      </w:r>
    </w:p>
    <w:p>
      <w:pPr>
        <w:keepLines/>
      </w:pPr>
      <w:r>
        <w:t>행사 시간은 토요일 오후 6시 30분부터 8시까지, 총 90분으로 생각하고 있습니다. 다만 어느 토요일에 진행할지, 어디에서 모일지는 아직 정하지 않았습니다. 사진을 알려 줄 강사와 진행 담당자도 미정이며, 참가비를 받을지 여부도 확인해야 합니다. 이런 운영 조건을 정리한 뒤 행사 계획을 구체화할 수 있습니다.</w:t>
      </w:r>
    </w:p>
    <w:p>
      <w:pPr>
        <w:keepLines/>
        <w:spacing w:before="40" w:after="160" w:line="300" w:lineRule="auto"/>
      </w:pPr>
      <w:r>
        <w:rPr>
          <w:b/>
          <w:color w:val="5A5A5A"/>
          <w:sz w:val="18"/>
        </w:rPr>
        <w:t xml:space="preserve">발표자 메모  </w:t>
      </w:r>
      <w:r>
        <w:rPr>
          <w:color w:val="5A5A5A"/>
          <w:sz w:val="18"/>
        </w:rPr>
        <w:t>사진 산책 첫 참여와 사진 촬영 경험의 유무를 구분합니다.</w:t>
      </w:r>
    </w:p>
    <w:p>
      <w:r>
        <w:br w:type="page"/>
      </w:r>
    </w:p>
    <w:p>
      <w:pPr>
        <w:pStyle w:val="Heading1"/>
        <w:spacing w:before="0"/>
      </w:pPr>
      <w:r>
        <w:t>3장 90분 운영 시간표</w:t>
      </w:r>
    </w:p>
    <w:p>
      <w:pPr>
        <w:keepLines/>
      </w:pPr>
      <w:r>
        <w:t>현재 적어 둔 시간표안은 다섯 구간입니다. 6시 30분부터 10분 동안 인사와 촬영 안내를 하고, 6시 40분부터 7시 20분까지 40분 동안 사진을 촬영합니다. 이어서 7시 20분부터 20분 동안 함께 볼 사진을 고릅니다.</w:t>
      </w:r>
    </w:p>
    <w:p>
      <w:pPr>
        <w:keepLines/>
      </w:pPr>
      <w:r>
        <w:t>7시 40분부터 7시 50분까지의 10분은 아직 프로그램을 정하지 않았습니다. 마지막 10분은 마무리 시간입니다. 이렇게 합하면 전체 90분이 됩니다. 사진을 고르는 시간은 적혀 있지만, 함께 감상하거나 강평하는 활동은 아직 정해져 있지 않습니다. 운영자는 비어 있는 10분에 어떤 프로그램을 넣을지 확인해야 합니다.</w:t>
      </w:r>
    </w:p>
    <w:p>
      <w:pPr>
        <w:keepLines/>
        <w:spacing w:before="40" w:after="160" w:line="300" w:lineRule="auto"/>
      </w:pPr>
      <w:r>
        <w:rPr>
          <w:b/>
          <w:color w:val="5A5A5A"/>
          <w:sz w:val="18"/>
        </w:rPr>
        <w:t xml:space="preserve">발표자 메모  </w:t>
      </w:r>
      <w:r>
        <w:rPr>
          <w:color w:val="5A5A5A"/>
          <w:sz w:val="18"/>
        </w:rPr>
        <w:t>시간표를 위에서 아래로 짚고, 19:40~19:50의 미정 구간에서 잠시 멈춥니다.</w:t>
      </w:r>
    </w:p>
    <w:p>
      <w:pPr>
        <w:pStyle w:val="Heading1"/>
      </w:pPr>
      <w:r>
        <w:t>4장 예산 검토</w:t>
      </w:r>
    </w:p>
    <w:p>
      <w:pPr>
        <w:keepLines/>
      </w:pPr>
      <w:r>
        <w:t>예산 상한은 35만 원입니다. 현재 금액이 적힌 항목은 진행 보조 8만 원, 인쇄물 6만 원, 음료 4만 원, 장비 소모품 3만 원으로, 네 항목의 소계는 21만 원입니다.</w:t>
      </w:r>
    </w:p>
    <w:p>
      <w:pPr>
        <w:keepLines/>
      </w:pPr>
      <w:r>
        <w:t>강사 사례비는 아직 견적을 받지 못해 금액이 비어 있습니다. 따라서 전체 지출 총액은 아직 알 수 없습니다. 예산 상한 35만 원에서 기재된 소계 21만 원을 빼면 14만 원의 차이가 나지만, 이 금액을 강사비나 예비비로 배정한 것은 아닙니다. 운영자가 강사 사례비 견적을 확인한 뒤 전체 지출을 다시 계산하고, 예산 상한 안에서 운영할 수 있는지 검토해야 합니다.</w:t>
      </w:r>
    </w:p>
    <w:p>
      <w:pPr>
        <w:keepLines/>
        <w:spacing w:before="40" w:after="160" w:line="300" w:lineRule="auto"/>
      </w:pPr>
      <w:r>
        <w:rPr>
          <w:b/>
          <w:color w:val="5A5A5A"/>
          <w:sz w:val="18"/>
        </w:rPr>
        <w:t xml:space="preserve">발표자 메모  </w:t>
      </w:r>
      <w:r>
        <w:rPr>
          <w:color w:val="5A5A5A"/>
          <w:sz w:val="18"/>
        </w:rPr>
        <w:t>21만 원은 소계, 14만 원은 미배정 차액임을 구분해 읽습니다.</w:t>
      </w:r>
    </w:p>
    <w:p>
      <w:r>
        <w:br w:type="page"/>
      </w:r>
    </w:p>
    <w:p>
      <w:pPr>
        <w:pStyle w:val="Heading1"/>
        <w:spacing w:before="0"/>
      </w:pPr>
      <w:r>
        <w:t>5장 안내와 모집 준비</w:t>
      </w:r>
    </w:p>
    <w:p>
      <w:pPr>
        <w:keepLines/>
      </w:pPr>
      <w:r>
        <w:t>안내 방법으로는 기존 모임 게시판을 사용하는 안을 생각하고 있습니다. 다만 게시글을 올리거나 참가 신청을 받는 일은 아직 시작하지 않았습니다. 현재는 게시판 안내를 검토하는 단계입니다.</w:t>
      </w:r>
    </w:p>
    <w:p>
      <w:pPr>
        <w:keepLines/>
      </w:pPr>
      <w:r>
        <w:t>안내를 준비하려면 정확한 날짜와 장소, 참가비 여부처럼 참가자가 알아야 할 정보를 먼저 확인해야 합니다. 강사와 담당자, 시간표의 미정 구간도 함께 정리할 필요가 있습니다. 운영 조건을 확인한 뒤 게시판 안내를 준비하는 순서로 진행할 것을 제안드립니다. 안내와 접수를 언제 시작할지는 이러한 내용을 정리하면서 결정해야 합니다.</w:t>
      </w:r>
    </w:p>
    <w:p>
      <w:pPr>
        <w:keepLines/>
        <w:spacing w:before="40" w:after="160" w:line="300" w:lineRule="auto"/>
      </w:pPr>
      <w:r>
        <w:rPr>
          <w:b/>
          <w:color w:val="5A5A5A"/>
          <w:sz w:val="18"/>
        </w:rPr>
        <w:t xml:space="preserve">발표자 메모  </w:t>
      </w:r>
      <w:r>
        <w:rPr>
          <w:color w:val="5A5A5A"/>
          <w:sz w:val="18"/>
        </w:rPr>
        <w:t>게시판 안내는 검토안이며, 안내 게시와 신청 접수는 모두 시작 전입니다.</w:t>
      </w:r>
    </w:p>
    <w:p>
      <w:pPr>
        <w:pStyle w:val="Heading1"/>
      </w:pPr>
      <w:r>
        <w:t>6장 운영자 확인 사항</w:t>
      </w:r>
    </w:p>
    <w:p>
      <w:pPr>
        <w:keepLines/>
      </w:pPr>
      <w:r>
        <w:t>마지막으로 운영자가 확인해야 할 항목은 일곱 가지입니다. 정확한 날짜와 모이는 장소, 사진을 알려 줄 강사와 강사비, 참가비 여부, 진행 담당자, 그리고 7시 40분부터 10분 동안 진행할 프로그램입니다.</w:t>
      </w:r>
    </w:p>
    <w:p>
      <w:pPr>
        <w:keepLines/>
      </w:pPr>
      <w:r>
        <w:t>특히 강사와 강사비는 함께 확인해야 하고, 견적을 받은 뒤에는 전체 지출 총액을 다시 계산해야 합니다. 시간표에서는 미정인 10분의 내용을 정리할 필요가 있습니다. 이렇게 운영 조건을 확인한 다음 안내 내용을 준비하는 순서를 제안드립니다. 현재의 대상 규모와 시간표안, 기재된 비용을 바탕으로 미정 항목을 구체화하는 것이 다음 과제입니다. 이상으로 설명을 마치겠습니다.</w:t>
      </w:r>
    </w:p>
    <w:p>
      <w:pPr>
        <w:keepLines/>
        <w:spacing w:before="40" w:after="160" w:line="300" w:lineRule="auto"/>
      </w:pPr>
      <w:r>
        <w:rPr>
          <w:b/>
          <w:color w:val="5A5A5A"/>
          <w:sz w:val="18"/>
        </w:rPr>
        <w:t xml:space="preserve">발표자 메모  </w:t>
      </w:r>
      <w:r>
        <w:rPr>
          <w:color w:val="5A5A5A"/>
          <w:sz w:val="18"/>
        </w:rPr>
        <w:t>일곱 가지 확인 항목을 차례로 짚은 뒤 발표를 마칩니다.</w:t>
      </w:r>
    </w:p>
    <w:sectPr w:rsidR="00FC693F" w:rsidRPr="0006063C" w:rsidSect="00034616">
      <w:footerReference w:type="default" r:id="rId9"/>
      <w:pgSz w:w="12240" w:h="15840"/>
      <w:pgMar w:top="922" w:right="1123" w:bottom="893" w:left="1123"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spacing w:after="0"/>
    </w:pPr>
    <w:r>
      <w:t>출처  edge.md  빛결사진모임 주말 사진 산책 기획 메모</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336" w:lineRule="auto"/>
    </w:pPr>
    <w:rPr>
      <w:rFonts w:ascii="Noto Sans CJK KR" w:hAnsi="Noto Sans CJK KR" w:eastAsia="Noto Sans CJK KR" w:cs="Noto Sans CJK KR"/>
      <w:b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oto Sans CJK KR" w:hAnsi="Noto Sans CJK KR" w:eastAsia="Noto Sans CJK KR" w:cs="Noto Sans CJK KR"/>
      <w:b w:val="0"/>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Noto Sans CJK KR" w:hAnsi="Noto Sans CJK KR" w:eastAsia="Noto Sans CJK KR" w:cs="Noto Sans CJK KR"/>
      <w:b w:val="0"/>
      <w:color w:val="666666"/>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80"/>
      <w:outlineLvl w:val="0"/>
    </w:pPr>
    <w:rPr>
      <w:rFonts w:ascii="Noto Sans CJK KR" w:hAnsi="Noto Sans CJK KR" w:eastAsia="Noto Sans CJK KR" w:cs="Noto Sans CJK K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oto Sans CJK KR" w:hAnsi="Noto Sans CJK KR" w:eastAsia="Noto Sans CJK KR" w:cs="Noto Sans CJK KR"/>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ans CJK KR" w:hAnsi="Noto Sans CJK KR" w:eastAsia="Noto Sans CJK KR" w:cs="Noto Sans CJK KR"/>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Noto Sans CJK KR" w:hAnsi="Noto Sans CJK KR" w:eastAsia="Noto Sans CJK KR" w:cs="Noto Sans CJK KR"/>
      <w:b w:val="0"/>
      <w:i w:val="0"/>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주말 사진 산책 발표 대본</dc:title>
  <dc:subject>빛결사진모임 주말 사진 산책 기획안 6장 발표 대본</dc:subject>
  <dc:creator>빛결사진모임</dc:creator>
  <cp:keywords>주말 사진 산책, 발표 대본, 연습용 가상 행사</cp:keywords>
  <dc:description>generated by python-docx</dc:description>
  <cp:lastModifiedBy/>
  <cp:revision>1</cp:revision>
  <dcterms:created xsi:type="dcterms:W3CDTF">2013-12-23T23:15:00Z</dcterms:created>
  <dcterms:modified xsi:type="dcterms:W3CDTF">2013-12-23T23:15:00Z</dcterms:modified>
  <cp:category/>
</cp:coreProperties>
</file>