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토요일 노트 공방 발표 대본</w:t>
      </w:r>
    </w:p>
    <w:p>
      <w:pPr>
        <w:spacing w:after="100"/>
      </w:pPr>
      <w:r>
        <w:rPr>
          <w:sz w:val="20"/>
        </w:rPr>
        <w:t>모눈스튜디오 공방 운영자 대상 발표  /  슬라이드 6장  /  약 4~5분</w:t>
      </w:r>
    </w:p>
    <w:p>
      <w:pPr>
        <w:spacing w:after="160" w:line="312" w:lineRule="auto"/>
      </w:pPr>
      <w:r>
        <w:rPr>
          <w:sz w:val="20"/>
        </w:rPr>
        <w:t>행사 계획과 예산을 설명하고, 예산 승인 및 준비 착수 여부의 검토를 요청하는 대본입니다. 연습용 가상 행사 제안에 맞춰 작성했습니다.</w:t>
      </w:r>
    </w:p>
    <w:p>
      <w:pPr>
        <w:pStyle w:val="Heading1"/>
        <w:spacing w:before="200"/>
      </w:pPr>
      <w:r>
        <w:t>1장  토요일 노트 공방</w:t>
      </w:r>
    </w:p>
    <w:p>
      <w:pPr>
        <w:keepLines/>
      </w:pPr>
      <w:r>
        <w:t>안녕하세요. 모눈스튜디오에서 진행할 문구 체험회, ‘토요일 노트 공방’을 제안드립니다. 종이 문구를 좋아하는 성인들이 직접 노트를 만들고 표지를 꾸며 보는 행사입니다.</w:t>
      </w:r>
    </w:p>
    <w:p>
      <w:pPr>
        <w:keepLines/>
      </w:pPr>
      <w:r>
        <w:t>일정은 2026년 12월 5일 토요일 오후 2시부터 4시까지, 장소는 모눈스튜디오 작업실로 계획했습니다. 이 자료는 운영자 검토를 위한 연습용 가상 제안이며, 날짜와 장소는 아직 확정되지 않은 계획값입니다.</w:t>
      </w:r>
    </w:p>
    <w:p>
      <w:pPr>
        <w:keepLines/>
      </w:pPr>
      <w:r>
        <w:t>운영 규모와 프로그램, 필요한 예산, 준비 현황 순서로 말씀드리겠습니다.</w:t>
      </w:r>
    </w:p>
    <w:p>
      <w:pPr>
        <w:pStyle w:val="Heading1"/>
      </w:pPr>
      <w:r>
        <w:t>2장  참여 대상과 운영 구성</w:t>
      </w:r>
    </w:p>
    <w:p>
      <w:pPr>
        <w:keepLines/>
      </w:pPr>
      <w:r>
        <w:t>참가 대상은 종이 문구를 좋아하는 성인 24명입니다. 작업실에 있는 좌석 24석을 사용하는 규모로 계획했습니다. 운영 인력은 진행자 한 명과 보조 한 명을 배치하는 안이며, 참가비는 무료로 제안합니다.</w:t>
      </w:r>
    </w:p>
    <w:p>
      <w:pPr>
        <w:keepLines/>
      </w:pPr>
      <w:r>
        <w:t>참가자들은 두 시간 동안 노트를 만들고 표지를 꾸미는 활동에 참여하게 됩니다. 24명은 이번 제안에서 설정한 참가 규모이고, 참가 신청 접수는 아직 시작하지 않았습니다. 운영자께서는 참가 규모와 인력 배치, 무료 참가 조건을 함께 검토해 주시면 됩니다.</w:t>
      </w:r>
    </w:p>
    <w:p>
      <w:r>
        <w:br w:type="page"/>
      </w:r>
    </w:p>
    <w:p>
      <w:pPr>
        <w:pStyle w:val="Heading1"/>
        <w:spacing w:before="0"/>
      </w:pPr>
      <w:r>
        <w:t>3장  120분 프로그램</w:t>
      </w:r>
    </w:p>
    <w:p>
      <w:pPr>
        <w:keepLines/>
      </w:pPr>
      <w:r>
        <w:t>프로그램은 총 120분을 네 단계로 나눴습니다. 먼저 오후 2시부터 15분 동안 인사를 나누고 재료를 안내합니다. 이어서 2시 15분부터 3시까지 45분 동안 노트를 만듭니다.</w:t>
      </w:r>
    </w:p>
    <w:p>
      <w:pPr>
        <w:keepLines/>
      </w:pPr>
      <w:r>
        <w:t>3시부터 3시 40분까지는 표지를 꾸미는 시간입니다. 마지막 20분은 완성한 작품을 소개하고 행사를 마무리하는 데 사용합니다.</w:t>
      </w:r>
    </w:p>
    <w:p>
      <w:pPr>
        <w:keepLines/>
      </w:pPr>
      <w:r>
        <w:t>노트를 만들고 표지를 꾸미는 활동에 총 85분을 배정했습니다. 재료 안내로 시작해 만들기와 꾸미기를 거친 뒤, 서로의 작품을 소개하며 오후 4시에 마치는 구성입니다.</w:t>
      </w:r>
    </w:p>
    <w:p>
      <w:pPr>
        <w:pStyle w:val="Heading1"/>
      </w:pPr>
      <w:r>
        <w:t>4장  제안 예산 48만 원</w:t>
      </w:r>
    </w:p>
    <w:p>
      <w:pPr>
        <w:keepLines/>
      </w:pPr>
      <w:r>
        <w:t>제안 예산은 총 48만 원입니다. 항목별로 재료비 20만 원, 진행비 12만 원, 공간 정리 5만 원, 인쇄물 4만 원, 예비비 7만 원을 편성했습니다.</w:t>
      </w:r>
    </w:p>
    <w:p>
      <w:pPr>
        <w:keepLines/>
      </w:pPr>
      <w:r>
        <w:t>참가비는 무료로 계획했기 때문에, 운영자께서는 총예산 48만 원과 항목별 구성을 함께 검토해 주시면 됩니다. 현재 금액은 제안 예산이며, 예산 승인은 아직 검토가 필요한 상태입니다. 재료 구매도 시작하지 않았습니다.</w:t>
      </w:r>
    </w:p>
    <w:p>
      <w:pPr>
        <w:keepLines/>
      </w:pPr>
      <w:r>
        <w:t>이어서 행사 안내 방법과 현재 준비 상태를 말씀드리겠습니다.</w:t>
      </w:r>
    </w:p>
    <w:p>
      <w:r>
        <w:br w:type="page"/>
      </w:r>
    </w:p>
    <w:p>
      <w:pPr>
        <w:pStyle w:val="Heading1"/>
        <w:spacing w:before="0"/>
      </w:pPr>
      <w:r>
        <w:t>5장  안내 계획과 준비 현황</w:t>
      </w:r>
    </w:p>
    <w:p>
      <w:pPr>
        <w:keepLines/>
      </w:pPr>
      <w:r>
        <w:t>행사 안내는 공방 게시판과 기존 인스타그램에 올릴 계획입니다. 현재는 안내 게시, 참가 신청 접수, 재료 구매를 모두 시작하지 않은 상태입니다.</w:t>
      </w:r>
    </w:p>
    <w:p>
      <w:pPr>
        <w:keepLines/>
      </w:pPr>
      <w:r>
        <w:t>오늘은 현재 계획과 준비 상태를 바탕으로, 준비 착수 여부를 검토해 주실 것을 요청드립니다. 운영자께서 예산과 준비 착수 여부를 검토해 주시면, 그 결정에 따라 안내 게시와 신청 접수, 재료 구매를 진행하는 방향으로 준비할 수 있습니다.</w:t>
      </w:r>
    </w:p>
    <w:p>
      <w:pPr>
        <w:keepLines/>
      </w:pPr>
      <w:r>
        <w:t>일정과 장소도 제안 단계의 계획값인 만큼, 준비를 시작할 때 함께 확인할 사항입니다.</w:t>
      </w:r>
    </w:p>
    <w:p>
      <w:pPr>
        <w:pStyle w:val="Heading1"/>
      </w:pPr>
      <w:r>
        <w:t>6장  운영자 검토 요청</w:t>
      </w:r>
    </w:p>
    <w:p>
      <w:pPr>
        <w:keepLines/>
      </w:pPr>
      <w:r>
        <w:t>마지막으로 운영자께 요청드릴 검토 사항은 두 가지입니다. 첫째, 총 48만 원의 제안 예산을 승인할지 검토해 주시기 바랍니다. 둘째, 이 계획을 바탕으로 행사 준비를 시작할지 결정해 주시기 바랍니다.</w:t>
      </w:r>
    </w:p>
    <w:p>
      <w:pPr>
        <w:keepLines/>
      </w:pPr>
      <w:r>
        <w:t>성인 24명, 120분 프로그램, 무료 참가, 진행자 한 명과 보조 한 명이 이번 제안의 기본 구성입니다. 날짜와 장소는 여전히 계획값이며, 장소 예약이나 행사 개최가 완료된 상태는 아닙니다.</w:t>
      </w:r>
    </w:p>
    <w:p>
      <w:pPr>
        <w:keepLines/>
      </w:pPr>
      <w:r>
        <w:t>검토 의견을 바탕으로 다음 준비 단계를 정하겠습니다. 감사합니다.</w:t>
      </w:r>
    </w:p>
    <w:p>
      <w:pPr>
        <w:spacing w:before="320" w:after="0"/>
      </w:pPr>
      <w:r>
        <w:rPr>
          <w:color w:val="505050"/>
          <w:sz w:val="18"/>
        </w:rPr>
        <w:t>출처: 모눈스튜디오 문구 체험회 기획 메모 (normal.md)</w:t>
      </w:r>
    </w:p>
    <w:sectPr w:rsidR="00FC693F" w:rsidRPr="0006063C" w:rsidSect="00034616">
      <w:footerReference w:type="default" r:id="rId9"/>
      <w:pgSz w:w="12240" w:h="15840"/>
      <w:pgMar w:top="1037" w:right="1238" w:bottom="1037" w:left="1238"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color w:val="5A5A5A"/>
        <w:sz w:val="18"/>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48" w:lineRule="auto" w:after="180"/>
    </w:pPr>
    <w:rPr>
      <w:rFonts w:ascii="NanumGothic" w:hAnsi="NanumGothic" w:eastAsia="NanumGothic" w:cs="NanumGothic"/>
      <w:b w:val="0"/>
      <w:color w:val="000000"/>
      <w:sz w:val="25"/>
      <w:lang w:val="ko-KR" w:eastAsia="ko-K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NanumGothic" w:hAnsi="NanumGothic" w:eastAsia="NanumGothic" w:cs="NanumGothic"/>
      <w:b w:val="0"/>
      <w:color w:val="000000"/>
      <w:sz w:val="20"/>
      <w:lang w:val="ko-KR" w:eastAsia="ko-KR"/>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NanumGothic" w:hAnsi="NanumGothic" w:eastAsia="NanumGothic" w:cs="NanumGothic"/>
      <w:b w:val="0"/>
      <w:color w:val="000000"/>
      <w:sz w:val="20"/>
      <w:lang w:val="ko-KR" w:eastAsia="ko-KR"/>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220" w:line="276" w:lineRule="auto"/>
      <w:outlineLvl w:val="0"/>
    </w:pPr>
    <w:rPr>
      <w:rFonts w:cstheme="majorBidi" w:ascii="NanumGothic" w:hAnsi="NanumGothic" w:eastAsia="NanumGothic" w:cs="NanumGothic"/>
      <w:b/>
      <w:bCs/>
      <w:color w:val="000000"/>
      <w:sz w:val="30"/>
      <w:szCs w:val="28"/>
      <w:lang w:val="ko-KR" w:eastAsia="ko-K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anumGothic" w:hAnsi="NanumGothic" w:eastAsia="NanumGothic" w:cs="NanumGothic"/>
      <w:b w:val="0"/>
      <w:bCs/>
      <w:color w:val="000000"/>
      <w:sz w:val="20"/>
      <w:szCs w:val="26"/>
      <w:lang w:val="ko-KR" w:eastAsia="ko-K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anumGothic" w:hAnsi="NanumGothic" w:eastAsia="NanumGothic" w:cs="NanumGothic"/>
      <w:b w:val="0"/>
      <w:bCs/>
      <w:color w:val="000000"/>
      <w:sz w:val="20"/>
      <w:lang w:val="ko-KR" w:eastAsia="ko-K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cstheme="majorBidi" w:ascii="NanumGothic" w:hAnsi="NanumGothic" w:eastAsia="NanumGothic" w:cs="NanumGothic"/>
      <w:b/>
      <w:color w:val="000000"/>
      <w:spacing w:val="5"/>
      <w:kern w:val="28"/>
      <w:sz w:val="48"/>
      <w:szCs w:val="52"/>
      <w:lang w:val="ko-KR" w:eastAsia="ko-K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NanumGothic" w:hAnsi="NanumGothic" w:eastAsia="NanumGothic" w:cs="NanumGothic"/>
      <w:b w:val="0"/>
      <w:i/>
      <w:iCs/>
      <w:color w:val="000000"/>
      <w:spacing w:val="15"/>
      <w:sz w:val="20"/>
      <w:szCs w:val="24"/>
      <w:lang w:val="ko-KR" w:eastAsia="ko-K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토요일 노트 공방 발표 대본</dc:title>
  <dc:subject>모눈스튜디오 문구 체험회 행사 제안 발표 대본</dc:subject>
  <dc:creator>모눈스튜디오</dc:creator>
  <cp:keywords>토요일 노트 공방, 발표 대본, 행사 제안</cp:keywords>
  <dc:description/>
  <cp:lastModifiedBy/>
  <cp:revision>1</cp:revision>
  <dcterms:created xsi:type="dcterms:W3CDTF">2013-12-23T23:15:00Z</dcterms:created>
  <dcterms:modified xsi:type="dcterms:W3CDTF">2013-12-23T23:15:00Z</dcterms:modified>
  <cp:category/>
</cp:coreProperties>
</file>